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הרגלים שחוסכים 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דליפה, אידוי וחסכם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הרגל חיסכון אישי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שזורמים בלי שרוצים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לערבב אוויר בזרם ולהקטין בזבוז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בבוקר או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המים מתאדים מהר בחום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לסגור ברז בזמן צחצוח שיניים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טיפות קטנות מצטברות לכמות גדולה של מים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ההגדרה המדויקת של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חסכם הוא מכשיר קטן שמתחבר לברז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אפשר לתקן מהר ולמנוע בזבוז מים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מקלחת קצרה חוסכת יותר מים ממקלחת ארוכה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הרגל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(חיסכון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(בזבוז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(אידוי מהיר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(מניעת בזבוז מים מיותר)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(הקטנת כמות המים בזרם)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שומעים טפטוף מברז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מאיפה מגיע הטפטוף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מדווחים למבוגר אחראי על הנזילה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מתקנים או סוגרים את הברז היטב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שוב שאין יותר טפטוף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סגירת ברז בזמן צחצוח שיניים ומקלחת קצרה,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נזילה שלא מטפלים בה ממשיכה לבזבז הרבה מים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לשני הרגלים ברורים ומעשיים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הכולל מניעת בזבוז מים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התחייבות אישית וממשית להרגל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בהשמעת צליל טפטוף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בדוגמאות מהבית של התלמידים כדי להמחיש את ההרגלים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בהתחייבות אישית כתובה שתלמידים יכולים להדביק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מושגים הקשורים לחיסכון במים, נבדוק הרגלים שחוסכים או מבזבזים מים, ונחשוב איך כל אחד ואחת יכולים להיות גיבור או גיבורת 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דליפה?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שזורמים בלי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שקופאים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נקיים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חמים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החסכם?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לחמם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לערבב אוויר בזרם ולהקטין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להגדיל את הלחץ בברז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שעה כדאי להשקות צמחים כדי לחסוך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בצהריים החמים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 או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לא כדאי להשקות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המים מתאדים מהר בחום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אז אין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הצמחים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מים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דוגמה להרגל שחוסך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כלים מתחת לברז פתוח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לסגור ברז בזמן צחצוח 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למלא אמבטיה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להשאיר ברז פתוח בלי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ברז שמטפטף בלילה לא מבזבז הרבה מים כי זה רק טיפות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אידוי הוא תהליך שבו מים הופכים לאדים ונעלמים לאוויר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חסכם הוא מכשיר גדול שמחליף את כל הברז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לדווח על נזילה בברז כשרואים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מקלחת ארוכה מאוד חוסכת יותר מים ממקלחת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שיוצאים לאט לאט מברז לא סגור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מכשיר קטן שמחבר אוויר למים ומקטין את הזרם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תהליך שבו מים הופכים לאדים ונעלמים לאוויר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מים שזורמים או מטפטפים בלי שרוצים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לחסוך מים כדאי לסגור את ה__________ בזמן צחצוח שיניים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הרגל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סגירת ברז בזמן צחצוח שיניים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אידוי מהיר של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השארת ברז פתוח בזמן שטיפת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חיסכון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השקיה בשעות הצהריים החמות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מניעת בזבוז מים מיותר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דיווח על נזילה בברז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הקטנת כמות המים בזרם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שימוש בחסכם על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בזבוז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מתקנים או סוגרים את הברז היטב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מדווחים למבוגר אחראי על הנזילה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שוב שאין יותר טפטוף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מאיפה מגיע הטפטוף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שומעים טפטוף מברז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הרגלים שחוסכים מים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לדווח מיד על נזילה בברז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הרגלים שחוסכים 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לדווח על נזילה בברז או בצינור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הרגל חיסכון אתם מתחייבים לעשות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