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 העל של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הרגלים שחוסכים מים בבית ובבית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מהם דליפה, אידוי וחסכם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הרגל חיסכון אישי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 שזורמים בלי שרוצים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לערבב אוויר בזרם ולהקטין בזבוז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טיפות קטנות מצטברות לכמות גדולה של מים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ההגדרה המדויקת של אידוי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אפשר לתקן מהר ולמנוע בזבוז מים 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אידוי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הרגל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(חיסכון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(בזבוז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(אידוי מהיר של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(מניעת בזבוז מים מיותר)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שומעים טפטוף מברז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מאיפה מגיע הטפטוף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מדווחים למבוגר אחראי על הנזילה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מתקנים או סוגרים את הברז היטב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סגירת ברז בזמן צחצוח שיניים ומקלחת קצרה,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לשני הרגלים ברורים ומעשיים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הכולל מניעת בזבוז מים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התחייבות אישית וממשית להרגל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בהשמעת צליל טפטוף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בדוגמאות מהבית של התלמידים כדי להמחיש את ההרגלים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בהתחייבות אישית כתובה שתלמידים יכולים להדביק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 העל של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מושגים הקשורים לחיסכון במים, נבדוק הרגלים שחוסכים או מבזבזים מים, ונחשוב איך כל אחד ואחת יכולים להיות גיבור או גיבורת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חסכם  ·  אידוי  ·  טפטוף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דליפה?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 שזורמים בלי שרוצים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מים שקופאים לקרח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מים נקיים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 החסכם?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לחמם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לערבב אוויר בזרם ולהקטין בזבוז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לצבוע את המים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ברז שמטפטף בלילה לא מבזבז הרבה מים כי זה רק טיפות קטנות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אידוי הוא תהליך שבו מים הופכים לאדים ונעלמים לאוויר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לדווח על נזילה בברז כשרואים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מים שיוצאים לאט לאט מברז לא סגור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מכשיר קטן שמחבר אוויר למים ומקטין את הזרם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תהליך שבו מים הופכים לאדים ונעלמים לאוויר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הרגל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סגירת ברז בזמן צחצוח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אידוי מהיר של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השארת ברז פתוח בזמן שטיפת 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חיסכון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השקיה בשעות הצהריים החמות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מניעת בזבוז מים מיותר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דיווח על נזילה בברז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בזבוז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מאיפה מגיע הטפטוף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מדווחים למבוגר אחראי על הנזילה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מתקנים או סוגרים את הברז היטב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שומעים טפטוף מברז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הרגלים שחוסכים מים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שני הרגלים שחוסכים 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למה חשוב לדווח על נזילה בברז או בצינור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גיבורי העל של המים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